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WORK TÈ – Sala da Tè &amp; Co-Working (Roma)</w:t>
      </w:r>
    </w:p>
    <w:p>
      <w:r>
        <w:br/>
        <w:t>Siamo alla ricerca di una figura professionale per il ruolo di:</w:t>
        <w:br/>
        <w:br/>
        <w:t>Tea Specialist / Addetto Sala da Tè</w:t>
        <w:br/>
        <w:br/>
        <w:t>Luogo di lavoro: Via Conte Verde 58, Roma (Esquilino)</w:t>
        <w:br/>
        <w:t>Tipologia: Part-time / Full-time (da definire)</w:t>
        <w:br/>
        <w:br/>
        <w:t>Requisiti fondamentali:</w:t>
        <w:br/>
        <w:t>- Conoscenza della lingua cinese e italiana</w:t>
        <w:br/>
        <w:t>- Interesse per la cultura del tè</w:t>
        <w:br/>
        <w:t>- Buone capacità comunicative e relazionali</w:t>
        <w:br/>
        <w:t>- Precisione, pulizia e senso di responsabilità</w:t>
        <w:br/>
        <w:t>- Preferibile esperienza nel settore bar / sala / ristorazione</w:t>
        <w:br/>
        <w:br/>
        <w:t>Mansioni:</w:t>
        <w:br/>
        <w:t>- Preparazione e servizio del tè (tradizionale e moderno)</w:t>
        <w:br/>
        <w:t>- Accoglienza clienti</w:t>
        <w:br/>
        <w:t>- Gestione ordini e cassa</w:t>
        <w:br/>
        <w:t>- Cura e organizzazione della sala</w:t>
        <w:br/>
        <w:t>- Supporto alle attività del co-working</w:t>
        <w:br/>
        <w:br/>
        <w:t>Cerchiamo una persona solare, elegante nei modi e con voglia di crescere insieme a un progetto culturale che unisce Oriente e Occidente.</w:t>
        <w:br/>
        <w:br/>
        <w:t>Inviare CV a: chaolin.ji@gmail.com</w:t>
        <w:br/>
        <w:t>Oppure scrivere in privato.</w:t>
        <w:br/>
        <w:br/>
        <w:t>Unisciti a noi e porta la tua energia nel mondo di Work Tè.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